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F7F4D" w14:textId="77777777" w:rsidR="004A3B5C" w:rsidRDefault="00EA0E36">
      <w:pPr>
        <w:pStyle w:val="Heading1"/>
      </w:pPr>
      <w:r>
        <w:t>Bug Report Template</w:t>
      </w:r>
    </w:p>
    <w:p w14:paraId="7C139139" w14:textId="77777777" w:rsidR="004A3B5C" w:rsidRDefault="00EA0E36">
      <w:r>
        <w:rPr>
          <w:b/>
        </w:rPr>
        <w:t>Bug ID:</w:t>
      </w:r>
    </w:p>
    <w:p w14:paraId="15B73943" w14:textId="77777777" w:rsidR="004A3B5C" w:rsidRDefault="004A3B5C"/>
    <w:p w14:paraId="311C7511" w14:textId="6B65CD3C" w:rsidR="004A3B5C" w:rsidRDefault="00EA0E36">
      <w:pPr>
        <w:rPr>
          <w:b/>
        </w:rPr>
      </w:pPr>
      <w:r>
        <w:rPr>
          <w:b/>
        </w:rPr>
        <w:t>Title:</w:t>
      </w:r>
    </w:p>
    <w:p w14:paraId="3B7F6F49" w14:textId="22DD0589" w:rsidR="00EA0E36" w:rsidRDefault="00EA0E36">
      <w:pPr>
        <w:rPr>
          <w:b/>
        </w:rPr>
      </w:pPr>
    </w:p>
    <w:p w14:paraId="142A0D39" w14:textId="2D770DEB" w:rsidR="00EA0E36" w:rsidRDefault="00EA0E36" w:rsidP="00EA0E36">
      <w:r>
        <w:rPr>
          <w:b/>
        </w:rPr>
        <w:t>Reported By:</w:t>
      </w:r>
    </w:p>
    <w:p w14:paraId="56A327C4" w14:textId="77777777" w:rsidR="004A3B5C" w:rsidRDefault="004A3B5C"/>
    <w:p w14:paraId="4C395F65" w14:textId="77777777" w:rsidR="004A3B5C" w:rsidRDefault="00EA0E36">
      <w:r>
        <w:rPr>
          <w:b/>
        </w:rPr>
        <w:t>Date Reported:</w:t>
      </w:r>
    </w:p>
    <w:p w14:paraId="500D93AF" w14:textId="77777777" w:rsidR="004A3B5C" w:rsidRDefault="004A3B5C"/>
    <w:p w14:paraId="5F3F15D6" w14:textId="77777777" w:rsidR="004A3B5C" w:rsidRDefault="00EA0E36">
      <w:r>
        <w:rPr>
          <w:b/>
        </w:rPr>
        <w:t>Steps to Reproduce:</w:t>
      </w:r>
    </w:p>
    <w:p w14:paraId="1235ADAA" w14:textId="77777777" w:rsidR="004A3B5C" w:rsidRDefault="00EA0E36">
      <w:r>
        <w:t>1.</w:t>
      </w:r>
      <w:r>
        <w:br/>
        <w:t>2.</w:t>
      </w:r>
      <w:r>
        <w:br/>
        <w:t>3.</w:t>
      </w:r>
    </w:p>
    <w:p w14:paraId="305418BE" w14:textId="77777777" w:rsidR="004A3B5C" w:rsidRDefault="00EA0E36">
      <w:r>
        <w:rPr>
          <w:b/>
        </w:rPr>
        <w:t>Expected Result:</w:t>
      </w:r>
    </w:p>
    <w:p w14:paraId="2545FD87" w14:textId="77777777" w:rsidR="004A3B5C" w:rsidRDefault="004A3B5C"/>
    <w:p w14:paraId="091BE8FB" w14:textId="77777777" w:rsidR="004A3B5C" w:rsidRDefault="00EA0E36">
      <w:r>
        <w:rPr>
          <w:b/>
        </w:rPr>
        <w:t>Actual Result:</w:t>
      </w:r>
    </w:p>
    <w:p w14:paraId="0EC59CDC" w14:textId="77777777" w:rsidR="004A3B5C" w:rsidRDefault="004A3B5C"/>
    <w:p w14:paraId="4E1F55D3" w14:textId="77777777" w:rsidR="004A3B5C" w:rsidRDefault="00EA0E36">
      <w:r>
        <w:rPr>
          <w:b/>
        </w:rPr>
        <w:t>Attachments:</w:t>
      </w:r>
    </w:p>
    <w:p w14:paraId="232C5872" w14:textId="77777777" w:rsidR="004A3B5C" w:rsidRDefault="004A3B5C"/>
    <w:p w14:paraId="527DF397" w14:textId="77777777" w:rsidR="004A3B5C" w:rsidRDefault="004A3B5C"/>
    <w:p w14:paraId="44F6C930" w14:textId="77777777" w:rsidR="004A3B5C" w:rsidRDefault="00EA0E36">
      <w:r>
        <w:br w:type="page"/>
      </w:r>
    </w:p>
    <w:p w14:paraId="4A910E67" w14:textId="77777777" w:rsidR="004A3B5C" w:rsidRDefault="00EA0E36">
      <w:pPr>
        <w:pStyle w:val="Heading1"/>
      </w:pPr>
      <w:r>
        <w:lastRenderedPageBreak/>
        <w:t>Bug Report Example</w:t>
      </w:r>
    </w:p>
    <w:p w14:paraId="39E268B3" w14:textId="77777777" w:rsidR="004A3B5C" w:rsidRDefault="00EA0E36">
      <w:r>
        <w:rPr>
          <w:b/>
        </w:rPr>
        <w:t>Bug ID:</w:t>
      </w:r>
    </w:p>
    <w:p w14:paraId="3DD7685B" w14:textId="77777777" w:rsidR="004A3B5C" w:rsidRDefault="00EA0E36">
      <w:r>
        <w:t>BUG-014</w:t>
      </w:r>
    </w:p>
    <w:p w14:paraId="0BCB2FEC" w14:textId="77777777" w:rsidR="004A3B5C" w:rsidRDefault="00EA0E36">
      <w:r>
        <w:rPr>
          <w:b/>
        </w:rPr>
        <w:t>Title:</w:t>
      </w:r>
    </w:p>
    <w:p w14:paraId="0CFA2171" w14:textId="77777777" w:rsidR="004A3B5C" w:rsidRDefault="00EA0E36">
      <w:r>
        <w:t>Login button not responding on mobile devices</w:t>
      </w:r>
    </w:p>
    <w:p w14:paraId="72E1A212" w14:textId="77777777" w:rsidR="004A3B5C" w:rsidRDefault="00EA0E36">
      <w:r>
        <w:rPr>
          <w:b/>
        </w:rPr>
        <w:t>Reported By:</w:t>
      </w:r>
    </w:p>
    <w:p w14:paraId="55138B51" w14:textId="77777777" w:rsidR="004A3B5C" w:rsidRDefault="00EA0E36">
      <w:r>
        <w:t>Mohammad Amoura</w:t>
      </w:r>
    </w:p>
    <w:p w14:paraId="69D48926" w14:textId="77777777" w:rsidR="004A3B5C" w:rsidRDefault="00EA0E36">
      <w:r>
        <w:rPr>
          <w:b/>
        </w:rPr>
        <w:t>Date Reported:</w:t>
      </w:r>
    </w:p>
    <w:p w14:paraId="199E7822" w14:textId="77777777" w:rsidR="004A3B5C" w:rsidRDefault="00EA0E36">
      <w:r>
        <w:t>04/02/2026</w:t>
      </w:r>
    </w:p>
    <w:p w14:paraId="319E9BC9" w14:textId="77777777" w:rsidR="004A3B5C" w:rsidRDefault="00EA0E36">
      <w:r>
        <w:rPr>
          <w:b/>
        </w:rPr>
        <w:t xml:space="preserve">Steps to </w:t>
      </w:r>
      <w:r>
        <w:rPr>
          <w:b/>
        </w:rPr>
        <w:t>Reproduce:</w:t>
      </w:r>
    </w:p>
    <w:p w14:paraId="2CCB37C0" w14:textId="77777777" w:rsidR="004A3B5C" w:rsidRDefault="00EA0E36">
      <w:r>
        <w:t>1. Open the BeHealthy app on a mobile device</w:t>
      </w:r>
      <w:r>
        <w:br/>
        <w:t>2. Navigate to the Login screen</w:t>
      </w:r>
      <w:r>
        <w:br/>
        <w:t>3. Enter valid email and password</w:t>
      </w:r>
      <w:r>
        <w:br/>
        <w:t>4. Tap the “Login” button</w:t>
      </w:r>
    </w:p>
    <w:p w14:paraId="0B269067" w14:textId="77777777" w:rsidR="004A3B5C" w:rsidRDefault="00EA0E36">
      <w:r>
        <w:rPr>
          <w:b/>
        </w:rPr>
        <w:t>Expected Result:</w:t>
      </w:r>
    </w:p>
    <w:p w14:paraId="617E761D" w14:textId="77777777" w:rsidR="004A3B5C" w:rsidRDefault="00EA0E36">
      <w:r>
        <w:t>The user should be logged in successfully and redirected to the dashboard.</w:t>
      </w:r>
    </w:p>
    <w:p w14:paraId="4B86274D" w14:textId="77777777" w:rsidR="004A3B5C" w:rsidRDefault="00EA0E36">
      <w:r>
        <w:rPr>
          <w:b/>
        </w:rPr>
        <w:t>Actual Result:</w:t>
      </w:r>
    </w:p>
    <w:p w14:paraId="749E9CF8" w14:textId="77777777" w:rsidR="004A3B5C" w:rsidRDefault="00EA0E36">
      <w:r>
        <w:t>N</w:t>
      </w:r>
      <w:r>
        <w:t>othing happens when the Login button is tapped.</w:t>
      </w:r>
    </w:p>
    <w:p w14:paraId="03F8DACC" w14:textId="77777777" w:rsidR="004A3B5C" w:rsidRDefault="00EA0E36">
      <w:r>
        <w:rPr>
          <w:b/>
        </w:rPr>
        <w:t>Attachments:</w:t>
      </w:r>
    </w:p>
    <w:p w14:paraId="7CEE6B98" w14:textId="77777777" w:rsidR="004A3B5C" w:rsidRDefault="00EA0E36">
      <w:r>
        <w:t>Screenshot and screen recording attached.</w:t>
      </w:r>
    </w:p>
    <w:p w14:paraId="697E2BEB" w14:textId="4B5DC377" w:rsidR="004A3B5C" w:rsidRDefault="004A3B5C"/>
    <w:sectPr w:rsidR="004A3B5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A3B5C"/>
    <w:rsid w:val="00AA1D8D"/>
    <w:rsid w:val="00B47730"/>
    <w:rsid w:val="00CB0664"/>
    <w:rsid w:val="00EA0E3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2A6A6B"/>
  <w14:defaultImageDpi w14:val="300"/>
  <w15:docId w15:val="{A5990E25-6872-4D62-AFD1-2DDF61030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Mohammad Amoura</cp:lastModifiedBy>
  <cp:revision>2</cp:revision>
  <dcterms:created xsi:type="dcterms:W3CDTF">2026-02-04T12:29:00Z</dcterms:created>
  <dcterms:modified xsi:type="dcterms:W3CDTF">2026-02-04T12:29:00Z</dcterms:modified>
  <cp:category/>
</cp:coreProperties>
</file>